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47110" w14:textId="6C1F7320" w:rsidR="0015169F" w:rsidRDefault="0015169F">
      <w:pPr>
        <w:pStyle w:val="Title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copy is for example purposes only.</w:t>
      </w:r>
    </w:p>
    <w:p w14:paraId="1AF8ED9E" w14:textId="77777777" w:rsidR="0015169F" w:rsidRDefault="0015169F">
      <w:pPr>
        <w:pStyle w:val="Title"/>
        <w:rPr>
          <w:rFonts w:ascii="Arial" w:hAnsi="Arial" w:cs="Arial"/>
          <w:sz w:val="32"/>
          <w:szCs w:val="32"/>
        </w:rPr>
      </w:pPr>
    </w:p>
    <w:p w14:paraId="31C5919D" w14:textId="11A2508D" w:rsidR="0015169F" w:rsidRPr="0015169F" w:rsidRDefault="0015169F">
      <w:pPr>
        <w:pStyle w:val="Title"/>
        <w:rPr>
          <w:rFonts w:ascii="Arial" w:hAnsi="Arial" w:cs="Arial"/>
          <w:sz w:val="32"/>
          <w:szCs w:val="32"/>
        </w:rPr>
      </w:pPr>
      <w:r w:rsidRPr="0015169F">
        <w:rPr>
          <w:rFonts w:ascii="Arial" w:hAnsi="Arial" w:cs="Arial"/>
          <w:sz w:val="32"/>
          <w:szCs w:val="32"/>
        </w:rPr>
        <w:t>Add a picture</w:t>
      </w:r>
    </w:p>
    <w:p w14:paraId="78F72867" w14:textId="77777777" w:rsidR="0015169F" w:rsidRPr="0015169F" w:rsidRDefault="0015169F">
      <w:pPr>
        <w:pStyle w:val="Title"/>
        <w:rPr>
          <w:rFonts w:ascii="Arial" w:hAnsi="Arial" w:cs="Arial"/>
          <w:sz w:val="32"/>
          <w:szCs w:val="32"/>
        </w:rPr>
      </w:pPr>
    </w:p>
    <w:p w14:paraId="70AC9AA1" w14:textId="036FF42E" w:rsidR="00D3638B" w:rsidRPr="0015169F" w:rsidRDefault="00000000">
      <w:pPr>
        <w:pStyle w:val="Title"/>
        <w:rPr>
          <w:rFonts w:ascii="Arial" w:hAnsi="Arial" w:cs="Arial"/>
          <w:sz w:val="32"/>
          <w:szCs w:val="32"/>
        </w:rPr>
      </w:pPr>
      <w:r w:rsidRPr="0015169F">
        <w:rPr>
          <w:rFonts w:ascii="Arial" w:hAnsi="Arial" w:cs="Arial"/>
          <w:sz w:val="32"/>
          <w:szCs w:val="32"/>
        </w:rPr>
        <w:t>[Project or Location Name]:</w:t>
      </w:r>
    </w:p>
    <w:p w14:paraId="28B51025" w14:textId="77777777" w:rsidR="00D3638B" w:rsidRPr="0015169F" w:rsidRDefault="00000000">
      <w:pPr>
        <w:rPr>
          <w:rFonts w:ascii="Arial" w:hAnsi="Arial" w:cs="Arial"/>
          <w:sz w:val="32"/>
          <w:szCs w:val="32"/>
        </w:rPr>
      </w:pPr>
      <w:r w:rsidRPr="0015169F">
        <w:rPr>
          <w:rFonts w:ascii="Arial" w:hAnsi="Arial" w:cs="Arial"/>
          <w:sz w:val="32"/>
          <w:szCs w:val="32"/>
        </w:rPr>
        <w:t>[Insert organization name] was founded in [Year] with the goal of [mission—e.g., empowering at-risk youth, improving access to education, etc.]. Today, it serves over [#] local [students/families/patients], managed by [community group or local leadership]. The program is widely recognized for its success in [key impact area].</w:t>
      </w:r>
    </w:p>
    <w:p w14:paraId="45392672" w14:textId="77777777" w:rsidR="00D3638B" w:rsidRPr="0015169F" w:rsidRDefault="00000000">
      <w:pPr>
        <w:pStyle w:val="Heading1"/>
        <w:rPr>
          <w:rFonts w:ascii="Arial" w:hAnsi="Arial" w:cs="Arial"/>
          <w:sz w:val="32"/>
          <w:szCs w:val="32"/>
        </w:rPr>
      </w:pPr>
      <w:r w:rsidRPr="0015169F">
        <w:rPr>
          <w:rFonts w:ascii="Arial" w:hAnsi="Arial" w:cs="Arial"/>
          <w:sz w:val="32"/>
          <w:szCs w:val="32"/>
        </w:rPr>
        <w:t>Core Objectives Include:</w:t>
      </w:r>
    </w:p>
    <w:p w14:paraId="3C84B66F" w14:textId="77777777" w:rsidR="00D3638B" w:rsidRPr="0015169F" w:rsidRDefault="00000000">
      <w:pPr>
        <w:rPr>
          <w:rFonts w:ascii="Arial" w:hAnsi="Arial" w:cs="Arial"/>
          <w:sz w:val="32"/>
          <w:szCs w:val="32"/>
        </w:rPr>
      </w:pPr>
      <w:r w:rsidRPr="0015169F">
        <w:rPr>
          <w:rFonts w:ascii="Arial" w:hAnsi="Arial" w:cs="Arial"/>
          <w:sz w:val="32"/>
          <w:szCs w:val="32"/>
        </w:rPr>
        <w:t>- Providing [education/shelter/healthcare/etc.] for vulnerable populations</w:t>
      </w:r>
    </w:p>
    <w:p w14:paraId="4A57A40E" w14:textId="77777777" w:rsidR="00D3638B" w:rsidRPr="0015169F" w:rsidRDefault="00000000">
      <w:pPr>
        <w:rPr>
          <w:rFonts w:ascii="Arial" w:hAnsi="Arial" w:cs="Arial"/>
          <w:sz w:val="32"/>
          <w:szCs w:val="32"/>
        </w:rPr>
      </w:pPr>
      <w:r w:rsidRPr="0015169F">
        <w:rPr>
          <w:rFonts w:ascii="Arial" w:hAnsi="Arial" w:cs="Arial"/>
          <w:sz w:val="32"/>
          <w:szCs w:val="32"/>
        </w:rPr>
        <w:t>- Teaching skills that lead to employment or entrepreneurship</w:t>
      </w:r>
    </w:p>
    <w:p w14:paraId="1F3D7DDC" w14:textId="77777777" w:rsidR="00D3638B" w:rsidRPr="0015169F" w:rsidRDefault="00000000">
      <w:pPr>
        <w:rPr>
          <w:rFonts w:ascii="Arial" w:hAnsi="Arial" w:cs="Arial"/>
          <w:sz w:val="32"/>
          <w:szCs w:val="32"/>
        </w:rPr>
      </w:pPr>
      <w:r w:rsidRPr="0015169F">
        <w:rPr>
          <w:rFonts w:ascii="Arial" w:hAnsi="Arial" w:cs="Arial"/>
          <w:sz w:val="32"/>
          <w:szCs w:val="32"/>
        </w:rPr>
        <w:t>- Supporting alumni with initial financial and emotional support</w:t>
      </w:r>
    </w:p>
    <w:p w14:paraId="1512336C" w14:textId="77777777" w:rsidR="00D3638B" w:rsidRPr="0015169F" w:rsidRDefault="00000000">
      <w:pPr>
        <w:rPr>
          <w:rFonts w:ascii="Arial" w:hAnsi="Arial" w:cs="Arial"/>
          <w:sz w:val="32"/>
          <w:szCs w:val="32"/>
        </w:rPr>
      </w:pPr>
      <w:r w:rsidRPr="0015169F">
        <w:rPr>
          <w:rFonts w:ascii="Arial" w:hAnsi="Arial" w:cs="Arial"/>
          <w:sz w:val="32"/>
          <w:szCs w:val="32"/>
        </w:rPr>
        <w:t>- Encouraging community reinvestment through graduate contributions</w:t>
      </w:r>
    </w:p>
    <w:p w14:paraId="764B692F" w14:textId="77777777" w:rsidR="00D3638B" w:rsidRPr="0015169F" w:rsidRDefault="00000000">
      <w:pPr>
        <w:rPr>
          <w:rFonts w:ascii="Arial" w:hAnsi="Arial" w:cs="Arial"/>
          <w:sz w:val="32"/>
          <w:szCs w:val="32"/>
        </w:rPr>
      </w:pPr>
      <w:r w:rsidRPr="0015169F">
        <w:rPr>
          <w:rFonts w:ascii="Arial" w:hAnsi="Arial" w:cs="Arial"/>
          <w:sz w:val="32"/>
          <w:szCs w:val="32"/>
        </w:rPr>
        <w:t>Rotary clubs across the U.S. have been longtime partners—donating funds, supplies, and hands-on labor to support [insert key projects, e.g., dorms, clinics, technology labs, solar energy].</w:t>
      </w:r>
    </w:p>
    <w:p w14:paraId="460F1DB2" w14:textId="77777777" w:rsidR="00D3638B" w:rsidRPr="0015169F" w:rsidRDefault="00000000">
      <w:pPr>
        <w:rPr>
          <w:rFonts w:ascii="Arial" w:hAnsi="Arial" w:cs="Arial"/>
          <w:sz w:val="32"/>
          <w:szCs w:val="32"/>
        </w:rPr>
      </w:pPr>
      <w:r w:rsidRPr="0015169F">
        <w:rPr>
          <w:rFonts w:ascii="Arial" w:hAnsi="Arial" w:cs="Arial"/>
          <w:sz w:val="32"/>
          <w:szCs w:val="32"/>
        </w:rPr>
        <w:t xml:space="preserve">Each year, volunteers are invited to travel to [destination] for a one-week service-learning trip to offer their skills, build </w:t>
      </w:r>
      <w:r w:rsidRPr="0015169F">
        <w:rPr>
          <w:rFonts w:ascii="Arial" w:hAnsi="Arial" w:cs="Arial"/>
          <w:sz w:val="32"/>
          <w:szCs w:val="32"/>
        </w:rPr>
        <w:lastRenderedPageBreak/>
        <w:t>friendships, and witness the power of community-led change.</w:t>
      </w:r>
    </w:p>
    <w:p w14:paraId="4CF3059D" w14:textId="77777777" w:rsidR="00D3638B" w:rsidRPr="0015169F" w:rsidRDefault="00000000">
      <w:pPr>
        <w:rPr>
          <w:rFonts w:ascii="Arial" w:hAnsi="Arial" w:cs="Arial"/>
          <w:sz w:val="32"/>
          <w:szCs w:val="32"/>
        </w:rPr>
      </w:pPr>
      <w:r w:rsidRPr="0015169F">
        <w:rPr>
          <w:rFonts w:ascii="Apple Color Emoji" w:hAnsi="Apple Color Emoji" w:cs="Apple Color Emoji"/>
          <w:sz w:val="32"/>
          <w:szCs w:val="32"/>
        </w:rPr>
        <w:t>🗓</w:t>
      </w:r>
      <w:r w:rsidRPr="0015169F">
        <w:rPr>
          <w:rFonts w:ascii="Arial" w:hAnsi="Arial" w:cs="Arial"/>
          <w:sz w:val="32"/>
          <w:szCs w:val="32"/>
        </w:rPr>
        <w:t xml:space="preserve"> Next Volunteer Trip: [Insert Dates]</w:t>
      </w:r>
    </w:p>
    <w:p w14:paraId="222B2A9C" w14:textId="77777777" w:rsidR="00D3638B" w:rsidRPr="0015169F" w:rsidRDefault="00000000">
      <w:pPr>
        <w:rPr>
          <w:rFonts w:ascii="Arial" w:hAnsi="Arial" w:cs="Arial"/>
          <w:sz w:val="32"/>
          <w:szCs w:val="32"/>
        </w:rPr>
      </w:pPr>
      <w:r w:rsidRPr="0015169F">
        <w:rPr>
          <w:rFonts w:ascii="Apple Color Emoji" w:hAnsi="Apple Color Emoji" w:cs="Apple Color Emoji"/>
          <w:sz w:val="32"/>
          <w:szCs w:val="32"/>
        </w:rPr>
        <w:t>📎</w:t>
      </w:r>
      <w:r w:rsidRPr="0015169F">
        <w:rPr>
          <w:rFonts w:ascii="Arial" w:hAnsi="Arial" w:cs="Arial"/>
          <w:sz w:val="32"/>
          <w:szCs w:val="32"/>
        </w:rPr>
        <w:t xml:space="preserve"> See flyer for details or contact [Name and email/phone].</w:t>
      </w:r>
    </w:p>
    <w:p w14:paraId="6D0E5C97" w14:textId="77777777" w:rsidR="00D3638B" w:rsidRPr="0015169F" w:rsidRDefault="00000000">
      <w:pPr>
        <w:rPr>
          <w:rFonts w:ascii="Arial" w:hAnsi="Arial" w:cs="Arial"/>
          <w:sz w:val="32"/>
          <w:szCs w:val="32"/>
        </w:rPr>
      </w:pPr>
      <w:r w:rsidRPr="0015169F">
        <w:rPr>
          <w:rFonts w:ascii="Arial" w:hAnsi="Arial" w:cs="Arial"/>
          <w:sz w:val="32"/>
          <w:szCs w:val="32"/>
        </w:rPr>
        <w:t>“The best way to find yourself is to lose yourself in the service of others.” —Mahatma Gandhi</w:t>
      </w:r>
    </w:p>
    <w:sectPr w:rsidR="00D3638B" w:rsidRPr="0015169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27953275">
    <w:abstractNumId w:val="8"/>
  </w:num>
  <w:num w:numId="2" w16cid:durableId="663707035">
    <w:abstractNumId w:val="6"/>
  </w:num>
  <w:num w:numId="3" w16cid:durableId="1378697832">
    <w:abstractNumId w:val="5"/>
  </w:num>
  <w:num w:numId="4" w16cid:durableId="1884562849">
    <w:abstractNumId w:val="4"/>
  </w:num>
  <w:num w:numId="5" w16cid:durableId="416824004">
    <w:abstractNumId w:val="7"/>
  </w:num>
  <w:num w:numId="6" w16cid:durableId="741954484">
    <w:abstractNumId w:val="3"/>
  </w:num>
  <w:num w:numId="7" w16cid:durableId="2039155467">
    <w:abstractNumId w:val="2"/>
  </w:num>
  <w:num w:numId="8" w16cid:durableId="1443068270">
    <w:abstractNumId w:val="1"/>
  </w:num>
  <w:num w:numId="9" w16cid:durableId="1423724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169F"/>
    <w:rsid w:val="0029639D"/>
    <w:rsid w:val="00326F90"/>
    <w:rsid w:val="007636A1"/>
    <w:rsid w:val="00AA1D8D"/>
    <w:rsid w:val="00B47730"/>
    <w:rsid w:val="00CB0664"/>
    <w:rsid w:val="00D3638B"/>
    <w:rsid w:val="00EB034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B78BC9"/>
  <w14:defaultImageDpi w14:val="300"/>
  <w15:docId w15:val="{DF937C97-C611-C143-9F8A-4A3E3BA2B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george poulakos</cp:lastModifiedBy>
  <cp:revision>3</cp:revision>
  <dcterms:created xsi:type="dcterms:W3CDTF">2025-07-25T14:14:00Z</dcterms:created>
  <dcterms:modified xsi:type="dcterms:W3CDTF">2025-07-25T14:16:00Z</dcterms:modified>
  <cp:category/>
</cp:coreProperties>
</file>