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4B7D6" w14:textId="31E538BE" w:rsidR="00D00B33" w:rsidRPr="00D00B33" w:rsidRDefault="00D00B33" w:rsidP="00D00B33">
      <w:pPr>
        <w:pStyle w:val="Title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Picture. The copy is for example purposed only.</w:t>
      </w:r>
    </w:p>
    <w:p w14:paraId="543F8607" w14:textId="2C60148C" w:rsidR="005F7195" w:rsidRPr="00D00B33" w:rsidRDefault="00000000">
      <w:pPr>
        <w:pStyle w:val="Title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Rotary Team Trip to [Destination Name]</w:t>
      </w:r>
    </w:p>
    <w:p w14:paraId="24059C40" w14:textId="77777777" w:rsidR="005F7195" w:rsidRPr="00D00B33" w:rsidRDefault="00000000">
      <w:pPr>
        <w:pStyle w:val="Heading1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Destination:</w:t>
      </w:r>
    </w:p>
    <w:p w14:paraId="064817B3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[Name and short description of organization or location, e.g., a school or clinic] in [City/Region, Country]. Supported by numerous Rotary Clubs for over [X] years, the site is a proven example of [insert key impact or specialty, e.g., vocational training, healthcare access, etc.].</w:t>
      </w:r>
    </w:p>
    <w:p w14:paraId="16C1D657" w14:textId="77777777" w:rsidR="005F7195" w:rsidRPr="00D00B33" w:rsidRDefault="00000000">
      <w:pPr>
        <w:pStyle w:val="Heading1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Purpose:</w:t>
      </w:r>
    </w:p>
    <w:p w14:paraId="254896CE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To gain a deeper understanding of local challenges and opportunities, and to offer hands-on support that advances community-led development.</w:t>
      </w:r>
    </w:p>
    <w:p w14:paraId="6CCE3673" w14:textId="77777777" w:rsidR="005F7195" w:rsidRPr="00D00B33" w:rsidRDefault="00000000">
      <w:pPr>
        <w:pStyle w:val="Heading1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Volunteer Tasks May Include:</w:t>
      </w:r>
    </w:p>
    <w:p w14:paraId="3E0BBCE8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- [Task 1: e.g., Light construction]</w:t>
      </w:r>
    </w:p>
    <w:p w14:paraId="635AF61B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- [Task 2: e.g., Teaching English or Spanish]</w:t>
      </w:r>
    </w:p>
    <w:p w14:paraId="33A0643E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- [Task 3: e.g., Health screenings or CPR training]</w:t>
      </w:r>
    </w:p>
    <w:p w14:paraId="2B3270B9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- [Task 4: e.g., Agricultural or environmental projects]</w:t>
      </w:r>
    </w:p>
    <w:p w14:paraId="491B26A6" w14:textId="77777777" w:rsidR="005F7195" w:rsidRPr="00D00B33" w:rsidRDefault="00000000">
      <w:pPr>
        <w:pStyle w:val="Heading1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Trip Dates:</w:t>
      </w:r>
    </w:p>
    <w:p w14:paraId="31A6860C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[Insert Dates]</w:t>
      </w:r>
    </w:p>
    <w:p w14:paraId="5C7148BC" w14:textId="77777777" w:rsidR="005F7195" w:rsidRPr="00D00B33" w:rsidRDefault="00000000">
      <w:pPr>
        <w:pStyle w:val="Heading1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Estimated Cost:</w:t>
      </w:r>
    </w:p>
    <w:p w14:paraId="01002DFD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$[Low] – $[High] (Includes lodging, transport, most meals)</w:t>
      </w:r>
    </w:p>
    <w:p w14:paraId="7EF106A4" w14:textId="77777777" w:rsidR="005F7195" w:rsidRPr="00D00B33" w:rsidRDefault="00000000">
      <w:pPr>
        <w:pStyle w:val="Heading1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lastRenderedPageBreak/>
        <w:t>Travel Details:</w:t>
      </w:r>
    </w:p>
    <w:p w14:paraId="7F98C992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- Flights: [Insert flight details or city of departure]</w:t>
      </w:r>
    </w:p>
    <w:p w14:paraId="2379E558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- Lodging: [Insert hotel names, locations, how to book]</w:t>
      </w:r>
    </w:p>
    <w:p w14:paraId="16602BD3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- Transport: [Local transportation method and cost, e.g., boat rides, shuttle service]</w:t>
      </w:r>
    </w:p>
    <w:p w14:paraId="027E02BE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- Meals: [Where meals are eaten, whether included or paid individually]</w:t>
      </w:r>
    </w:p>
    <w:p w14:paraId="373BD245" w14:textId="77777777" w:rsidR="005F7195" w:rsidRPr="00D00B33" w:rsidRDefault="00000000">
      <w:pPr>
        <w:pStyle w:val="Heading1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Registration Deadline:</w:t>
      </w:r>
    </w:p>
    <w:p w14:paraId="0CFE7118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[Insert Deadline]</w:t>
      </w:r>
    </w:p>
    <w:p w14:paraId="18456FE7" w14:textId="77777777" w:rsidR="005F7195" w:rsidRPr="00D00B33" w:rsidRDefault="00000000">
      <w:pPr>
        <w:pStyle w:val="Heading1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Contact for Info &amp; Registration:</w:t>
      </w:r>
    </w:p>
    <w:p w14:paraId="3AE29DA7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[Name, phone number, email]</w:t>
      </w:r>
    </w:p>
    <w:p w14:paraId="22C6D401" w14:textId="77777777" w:rsidR="005F7195" w:rsidRPr="00D00B33" w:rsidRDefault="00000000">
      <w:pPr>
        <w:pStyle w:val="Heading1"/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More Info:</w:t>
      </w:r>
    </w:p>
    <w:p w14:paraId="40BFF704" w14:textId="77777777" w:rsidR="005F7195" w:rsidRPr="00D00B33" w:rsidRDefault="00000000">
      <w:pPr>
        <w:rPr>
          <w:rFonts w:ascii="Arial" w:hAnsi="Arial" w:cs="Arial"/>
          <w:sz w:val="32"/>
          <w:szCs w:val="32"/>
        </w:rPr>
      </w:pPr>
      <w:r w:rsidRPr="00D00B33">
        <w:rPr>
          <w:rFonts w:ascii="Arial" w:hAnsi="Arial" w:cs="Arial"/>
          <w:sz w:val="32"/>
          <w:szCs w:val="32"/>
        </w:rPr>
        <w:t>[Website or social media link]</w:t>
      </w:r>
    </w:p>
    <w:sectPr w:rsidR="005F7195" w:rsidRPr="00D00B3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1246299">
    <w:abstractNumId w:val="8"/>
  </w:num>
  <w:num w:numId="2" w16cid:durableId="1016201226">
    <w:abstractNumId w:val="6"/>
  </w:num>
  <w:num w:numId="3" w16cid:durableId="936063179">
    <w:abstractNumId w:val="5"/>
  </w:num>
  <w:num w:numId="4" w16cid:durableId="1935821423">
    <w:abstractNumId w:val="4"/>
  </w:num>
  <w:num w:numId="5" w16cid:durableId="295837249">
    <w:abstractNumId w:val="7"/>
  </w:num>
  <w:num w:numId="6" w16cid:durableId="978731022">
    <w:abstractNumId w:val="3"/>
  </w:num>
  <w:num w:numId="7" w16cid:durableId="1521697556">
    <w:abstractNumId w:val="2"/>
  </w:num>
  <w:num w:numId="8" w16cid:durableId="419522970">
    <w:abstractNumId w:val="1"/>
  </w:num>
  <w:num w:numId="9" w16cid:durableId="91018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F7195"/>
    <w:rsid w:val="00AA1D8D"/>
    <w:rsid w:val="00B47730"/>
    <w:rsid w:val="00CB0664"/>
    <w:rsid w:val="00D00B33"/>
    <w:rsid w:val="00D5249F"/>
    <w:rsid w:val="00EB03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9ACCEE"/>
  <w14:defaultImageDpi w14:val="300"/>
  <w15:docId w15:val="{DF937C97-C611-C143-9F8A-4A3E3BA2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poulakos</cp:lastModifiedBy>
  <cp:revision>3</cp:revision>
  <dcterms:created xsi:type="dcterms:W3CDTF">2025-07-25T14:13:00Z</dcterms:created>
  <dcterms:modified xsi:type="dcterms:W3CDTF">2025-07-25T14:17:00Z</dcterms:modified>
  <cp:category/>
</cp:coreProperties>
</file>